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3455" w14:textId="17303524" w:rsidR="0029163B" w:rsidRPr="00B745FC" w:rsidRDefault="00812CEF">
      <w:pPr>
        <w:pStyle w:val="Otsikko1"/>
        <w:rPr>
          <w:rFonts w:cstheme="majorHAnsi"/>
          <w:color w:val="auto"/>
        </w:rPr>
      </w:pPr>
      <w:r w:rsidRPr="00B745FC">
        <w:rPr>
          <w:rFonts w:cstheme="majorHAnsi"/>
          <w:color w:val="auto"/>
        </w:rPr>
        <w:t xml:space="preserve">UBC </w:t>
      </w:r>
      <w:r w:rsidR="00A40A1A" w:rsidRPr="00B745FC">
        <w:rPr>
          <w:rFonts w:cstheme="majorHAnsi"/>
          <w:color w:val="auto"/>
        </w:rPr>
        <w:t xml:space="preserve">Secretariat of the </w:t>
      </w:r>
      <w:r w:rsidRPr="00B745FC">
        <w:rPr>
          <w:rFonts w:cstheme="majorHAnsi"/>
          <w:color w:val="auto"/>
        </w:rPr>
        <w:t>Sustainable Cities Commission</w:t>
      </w:r>
    </w:p>
    <w:p w14:paraId="38574CAA" w14:textId="77777777" w:rsidR="00A40A1A" w:rsidRPr="00B745FC" w:rsidRDefault="00A40A1A" w:rsidP="00A40A1A">
      <w:pPr>
        <w:pStyle w:val="Alatunniste"/>
        <w:tabs>
          <w:tab w:val="right" w:pos="9072"/>
        </w:tabs>
        <w:rPr>
          <w:rFonts w:asciiTheme="majorHAnsi" w:eastAsiaTheme="majorEastAsia" w:hAnsiTheme="majorHAnsi" w:cstheme="majorHAnsi"/>
          <w:sz w:val="28"/>
          <w:szCs w:val="28"/>
        </w:rPr>
      </w:pPr>
      <w:r w:rsidRPr="00B745FC">
        <w:rPr>
          <w:rFonts w:asciiTheme="majorHAnsi" w:eastAsiaTheme="majorEastAsia" w:hAnsiTheme="majorHAnsi" w:cstheme="majorHAnsi"/>
          <w:sz w:val="28"/>
          <w:szCs w:val="28"/>
        </w:rPr>
        <w:t>Vanha Suurtori 7</w:t>
      </w:r>
    </w:p>
    <w:p w14:paraId="0824F239" w14:textId="77777777" w:rsidR="00A40A1A" w:rsidRPr="00B745FC" w:rsidRDefault="00A40A1A" w:rsidP="00A40A1A">
      <w:pPr>
        <w:pStyle w:val="Alatunniste"/>
        <w:tabs>
          <w:tab w:val="right" w:pos="9072"/>
        </w:tabs>
        <w:rPr>
          <w:rFonts w:asciiTheme="majorHAnsi" w:eastAsiaTheme="majorEastAsia" w:hAnsiTheme="majorHAnsi" w:cstheme="majorHAnsi"/>
          <w:sz w:val="28"/>
          <w:szCs w:val="28"/>
        </w:rPr>
      </w:pPr>
      <w:r w:rsidRPr="00B745FC">
        <w:rPr>
          <w:rFonts w:asciiTheme="majorHAnsi" w:eastAsiaTheme="majorEastAsia" w:hAnsiTheme="majorHAnsi" w:cstheme="majorHAnsi"/>
          <w:sz w:val="28"/>
          <w:szCs w:val="28"/>
        </w:rPr>
        <w:t>FIN-20500 TURKU, Finland</w:t>
      </w:r>
    </w:p>
    <w:p w14:paraId="4F92EB4C" w14:textId="4533693B" w:rsidR="00450EA5" w:rsidRPr="00B745FC" w:rsidRDefault="00450EA5" w:rsidP="00450EA5">
      <w:pPr>
        <w:pStyle w:val="Alatunniste"/>
        <w:tabs>
          <w:tab w:val="right" w:pos="9072"/>
        </w:tabs>
        <w:rPr>
          <w:rFonts w:asciiTheme="majorHAnsi" w:eastAsiaTheme="majorEastAsia" w:hAnsiTheme="majorHAnsi" w:cstheme="majorHAnsi"/>
          <w:sz w:val="28"/>
          <w:szCs w:val="28"/>
        </w:rPr>
      </w:pPr>
      <w:hyperlink r:id="rId8" w:history="1">
        <w:r w:rsidRPr="00B745FC">
          <w:rPr>
            <w:rStyle w:val="Hyperlinkki"/>
            <w:rFonts w:asciiTheme="majorHAnsi" w:eastAsiaTheme="majorEastAsia" w:hAnsiTheme="majorHAnsi" w:cstheme="majorHAnsi"/>
            <w:color w:val="auto"/>
            <w:sz w:val="28"/>
            <w:szCs w:val="28"/>
          </w:rPr>
          <w:t>www.ubc-sustainable.com</w:t>
        </w:r>
      </w:hyperlink>
      <w:r w:rsidRPr="00B745FC">
        <w:rPr>
          <w:rFonts w:asciiTheme="majorHAnsi" w:eastAsiaTheme="majorEastAsia" w:hAnsiTheme="majorHAnsi" w:cstheme="majorHAnsi"/>
          <w:sz w:val="28"/>
          <w:szCs w:val="28"/>
        </w:rPr>
        <w:t xml:space="preserve"> </w:t>
      </w:r>
    </w:p>
    <w:p w14:paraId="20CC101D" w14:textId="77777777" w:rsidR="00450EA5" w:rsidRPr="00B745FC" w:rsidRDefault="00450EA5" w:rsidP="00A40A1A">
      <w:pPr>
        <w:pStyle w:val="Alatunniste"/>
        <w:tabs>
          <w:tab w:val="right" w:pos="9072"/>
        </w:tabs>
        <w:rPr>
          <w:rFonts w:asciiTheme="majorHAnsi" w:eastAsiaTheme="majorEastAsia" w:hAnsiTheme="majorHAnsi" w:cstheme="majorHAnsi"/>
          <w:sz w:val="28"/>
          <w:szCs w:val="28"/>
        </w:rPr>
      </w:pPr>
    </w:p>
    <w:p w14:paraId="183E8F08" w14:textId="77777777" w:rsidR="00A40A1A" w:rsidRPr="00B745FC" w:rsidRDefault="00A40A1A" w:rsidP="00A40A1A">
      <w:pPr>
        <w:rPr>
          <w:rFonts w:asciiTheme="majorHAnsi" w:hAnsiTheme="majorHAnsi" w:cstheme="majorHAnsi"/>
        </w:rPr>
      </w:pPr>
    </w:p>
    <w:p w14:paraId="1ACC4D8A" w14:textId="77777777" w:rsidR="0029163B" w:rsidRPr="00B745FC" w:rsidRDefault="00812CEF">
      <w:pPr>
        <w:pStyle w:val="Otsikko2"/>
        <w:rPr>
          <w:rFonts w:cstheme="majorHAnsi"/>
          <w:color w:val="auto"/>
          <w:sz w:val="28"/>
          <w:szCs w:val="28"/>
        </w:rPr>
      </w:pPr>
      <w:r w:rsidRPr="00B745FC">
        <w:rPr>
          <w:rFonts w:cstheme="majorHAnsi"/>
          <w:color w:val="auto"/>
          <w:sz w:val="28"/>
          <w:szCs w:val="28"/>
        </w:rPr>
        <w:t>Advisory Board Member Appointment Form</w:t>
      </w:r>
    </w:p>
    <w:p w14:paraId="71DB70CD" w14:textId="77777777" w:rsidR="0074467A" w:rsidRPr="00B745FC" w:rsidRDefault="0074467A" w:rsidP="0074467A">
      <w:pPr>
        <w:rPr>
          <w:rFonts w:asciiTheme="majorHAnsi" w:hAnsiTheme="majorHAnsi" w:cstheme="majorHAnsi"/>
        </w:rPr>
      </w:pPr>
    </w:p>
    <w:p w14:paraId="2AC76480" w14:textId="77777777" w:rsidR="0029163B" w:rsidRPr="00B745FC" w:rsidRDefault="00812CEF">
      <w:pPr>
        <w:pStyle w:val="Otsikko3"/>
        <w:rPr>
          <w:rFonts w:cstheme="majorHAnsi"/>
          <w:sz w:val="24"/>
          <w:szCs w:val="24"/>
        </w:rPr>
      </w:pPr>
      <w:r w:rsidRPr="00B745FC">
        <w:rPr>
          <w:rFonts w:cstheme="majorHAnsi"/>
          <w:sz w:val="24"/>
          <w:szCs w:val="24"/>
        </w:rPr>
        <w:t>1. Appointing City Information</w:t>
      </w:r>
    </w:p>
    <w:p w14:paraId="2D535E33" w14:textId="77777777" w:rsidR="0074467A" w:rsidRPr="00B745FC" w:rsidRDefault="0074467A" w:rsidP="0074467A">
      <w:pPr>
        <w:rPr>
          <w:rFonts w:asciiTheme="majorHAnsi" w:hAnsiTheme="majorHAnsi" w:cstheme="majorHAnsi"/>
        </w:rPr>
      </w:pPr>
    </w:p>
    <w:p w14:paraId="3E675346" w14:textId="5D635FD7" w:rsidR="0029163B" w:rsidRPr="00B745FC" w:rsidRDefault="00812CEF">
      <w:pPr>
        <w:rPr>
          <w:rFonts w:asciiTheme="majorHAnsi" w:hAnsiTheme="majorHAnsi" w:cstheme="majorHAnsi"/>
          <w:b/>
          <w:bCs/>
        </w:rPr>
      </w:pPr>
      <w:r w:rsidRPr="00B745FC">
        <w:rPr>
          <w:rFonts w:asciiTheme="majorHAnsi" w:hAnsiTheme="majorHAnsi" w:cstheme="majorHAnsi"/>
          <w:b/>
          <w:bCs/>
        </w:rPr>
        <w:t xml:space="preserve">City Name: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8630"/>
      </w:tblGrid>
      <w:tr w:rsidR="0074467A" w:rsidRPr="00B745FC" w14:paraId="61F4AC0E" w14:textId="77777777" w:rsidTr="0074467A">
        <w:tc>
          <w:tcPr>
            <w:tcW w:w="8780" w:type="dxa"/>
          </w:tcPr>
          <w:p w14:paraId="5DFF3571" w14:textId="77777777" w:rsidR="0074467A" w:rsidRPr="00B745FC" w:rsidRDefault="0074467A">
            <w:pPr>
              <w:rPr>
                <w:rFonts w:asciiTheme="majorHAnsi" w:hAnsiTheme="majorHAnsi" w:cstheme="majorHAnsi"/>
              </w:rPr>
            </w:pPr>
          </w:p>
          <w:p w14:paraId="0ACFD395" w14:textId="6D5B629C" w:rsidR="0074467A" w:rsidRPr="00B745FC" w:rsidRDefault="0074467A">
            <w:pPr>
              <w:rPr>
                <w:rFonts w:asciiTheme="majorHAnsi" w:hAnsiTheme="majorHAnsi" w:cstheme="majorHAnsi"/>
              </w:rPr>
            </w:pPr>
          </w:p>
        </w:tc>
      </w:tr>
    </w:tbl>
    <w:p w14:paraId="6C6EAE4A" w14:textId="77777777" w:rsidR="0074467A" w:rsidRPr="00B745FC" w:rsidRDefault="0074467A">
      <w:pPr>
        <w:rPr>
          <w:rFonts w:asciiTheme="majorHAnsi" w:hAnsiTheme="majorHAnsi" w:cstheme="majorHAnsi"/>
        </w:rPr>
      </w:pPr>
    </w:p>
    <w:p w14:paraId="1CF276EE" w14:textId="0416B2F5" w:rsidR="0029163B" w:rsidRPr="00B745FC" w:rsidRDefault="00812CEF">
      <w:pPr>
        <w:rPr>
          <w:rFonts w:asciiTheme="majorHAnsi" w:hAnsiTheme="majorHAnsi" w:cstheme="majorHAnsi"/>
          <w:b/>
          <w:bCs/>
        </w:rPr>
      </w:pPr>
      <w:r w:rsidRPr="00B745FC">
        <w:rPr>
          <w:rFonts w:asciiTheme="majorHAnsi" w:hAnsiTheme="majorHAnsi" w:cstheme="majorHAnsi"/>
          <w:b/>
          <w:bCs/>
        </w:rPr>
        <w:t>UBC Contact Person</w:t>
      </w:r>
      <w:r w:rsidR="000D10D2"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  <w:b/>
          <w:bCs/>
        </w:rPr>
        <w:t>/</w:t>
      </w:r>
      <w:r w:rsidR="000D10D2">
        <w:rPr>
          <w:rFonts w:asciiTheme="majorHAnsi" w:hAnsiTheme="majorHAnsi" w:cstheme="majorHAnsi"/>
          <w:b/>
          <w:bCs/>
        </w:rPr>
        <w:t xml:space="preserve"> position</w:t>
      </w:r>
      <w:r w:rsidRPr="00B745FC">
        <w:rPr>
          <w:rFonts w:asciiTheme="majorHAnsi" w:hAnsiTheme="majorHAnsi" w:cstheme="majorHAnsi"/>
          <w:b/>
          <w:bCs/>
        </w:rPr>
        <w:t xml:space="preserve">: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8630"/>
      </w:tblGrid>
      <w:tr w:rsidR="0074467A" w:rsidRPr="00B745FC" w14:paraId="3F5E21EE" w14:textId="77777777" w:rsidTr="0074467A">
        <w:tc>
          <w:tcPr>
            <w:tcW w:w="8780" w:type="dxa"/>
          </w:tcPr>
          <w:p w14:paraId="18C56731" w14:textId="77777777" w:rsidR="0074467A" w:rsidRPr="00B745FC" w:rsidRDefault="0074467A">
            <w:pPr>
              <w:rPr>
                <w:rFonts w:asciiTheme="majorHAnsi" w:hAnsiTheme="majorHAnsi" w:cstheme="majorHAnsi"/>
              </w:rPr>
            </w:pPr>
          </w:p>
          <w:p w14:paraId="7647E662" w14:textId="77777777" w:rsidR="0074467A" w:rsidRPr="00B745FC" w:rsidRDefault="0074467A">
            <w:pPr>
              <w:rPr>
                <w:rFonts w:asciiTheme="majorHAnsi" w:hAnsiTheme="majorHAnsi" w:cstheme="majorHAnsi"/>
              </w:rPr>
            </w:pPr>
          </w:p>
        </w:tc>
      </w:tr>
    </w:tbl>
    <w:p w14:paraId="6C709C52" w14:textId="77777777" w:rsidR="0074467A" w:rsidRPr="00B745FC" w:rsidRDefault="0074467A">
      <w:pPr>
        <w:rPr>
          <w:rFonts w:asciiTheme="majorHAnsi" w:hAnsiTheme="majorHAnsi" w:cstheme="majorHAnsi"/>
        </w:rPr>
      </w:pPr>
    </w:p>
    <w:p w14:paraId="6EF918C3" w14:textId="4DBF09B9" w:rsidR="0029163B" w:rsidRPr="00B745FC" w:rsidRDefault="00812CEF">
      <w:pPr>
        <w:rPr>
          <w:rFonts w:asciiTheme="majorHAnsi" w:hAnsiTheme="majorHAnsi" w:cstheme="majorHAnsi"/>
        </w:rPr>
      </w:pPr>
      <w:r w:rsidRPr="00B745FC">
        <w:rPr>
          <w:rFonts w:asciiTheme="majorHAnsi" w:hAnsiTheme="majorHAnsi" w:cstheme="majorHAnsi"/>
          <w:b/>
          <w:bCs/>
        </w:rPr>
        <w:t>Email Address:</w:t>
      </w:r>
      <w:r w:rsidRPr="00B745FC">
        <w:rPr>
          <w:rFonts w:asciiTheme="majorHAnsi" w:hAnsiTheme="majorHAnsi" w:cstheme="majorHAnsi"/>
        </w:rPr>
        <w:t xml:space="preserve">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8630"/>
      </w:tblGrid>
      <w:tr w:rsidR="0074467A" w:rsidRPr="00B745FC" w14:paraId="0B56C3D6" w14:textId="77777777" w:rsidTr="0074467A">
        <w:tc>
          <w:tcPr>
            <w:tcW w:w="8780" w:type="dxa"/>
          </w:tcPr>
          <w:p w14:paraId="292AB129" w14:textId="77777777" w:rsidR="0074467A" w:rsidRPr="00B745FC" w:rsidRDefault="0074467A">
            <w:pPr>
              <w:rPr>
                <w:rFonts w:asciiTheme="majorHAnsi" w:hAnsiTheme="majorHAnsi" w:cstheme="majorHAnsi"/>
              </w:rPr>
            </w:pPr>
          </w:p>
          <w:p w14:paraId="2FA94207" w14:textId="77777777" w:rsidR="0074467A" w:rsidRPr="00B745FC" w:rsidRDefault="0074467A">
            <w:pPr>
              <w:rPr>
                <w:rFonts w:asciiTheme="majorHAnsi" w:hAnsiTheme="majorHAnsi" w:cstheme="majorHAnsi"/>
              </w:rPr>
            </w:pPr>
          </w:p>
        </w:tc>
      </w:tr>
    </w:tbl>
    <w:p w14:paraId="3D7B0598" w14:textId="77777777" w:rsidR="0074467A" w:rsidRPr="00B745FC" w:rsidRDefault="0074467A">
      <w:pPr>
        <w:rPr>
          <w:rFonts w:asciiTheme="majorHAnsi" w:hAnsiTheme="majorHAnsi" w:cstheme="majorHAnsi"/>
        </w:rPr>
      </w:pPr>
    </w:p>
    <w:p w14:paraId="2CA8B605" w14:textId="4AA64B8E" w:rsidR="0029163B" w:rsidRPr="00B745FC" w:rsidRDefault="00812CEF">
      <w:pPr>
        <w:pStyle w:val="Otsikko3"/>
        <w:rPr>
          <w:rFonts w:cstheme="majorHAnsi"/>
          <w:sz w:val="24"/>
          <w:szCs w:val="24"/>
        </w:rPr>
      </w:pPr>
      <w:r w:rsidRPr="00B745FC">
        <w:rPr>
          <w:rFonts w:cstheme="majorHAnsi"/>
          <w:sz w:val="24"/>
          <w:szCs w:val="24"/>
        </w:rPr>
        <w:t xml:space="preserve">2. Appointed </w:t>
      </w:r>
      <w:r w:rsidRPr="00B745FC">
        <w:rPr>
          <w:rFonts w:cstheme="majorHAnsi"/>
          <w:sz w:val="24"/>
          <w:szCs w:val="24"/>
        </w:rPr>
        <w:t>Advisory Board Member</w:t>
      </w:r>
    </w:p>
    <w:p w14:paraId="12628FD1" w14:textId="77777777" w:rsidR="0074467A" w:rsidRPr="00B745FC" w:rsidRDefault="0074467A" w:rsidP="0074467A">
      <w:pPr>
        <w:rPr>
          <w:rFonts w:asciiTheme="majorHAnsi" w:hAnsiTheme="majorHAnsi" w:cstheme="majorHAnsi"/>
        </w:rPr>
      </w:pPr>
    </w:p>
    <w:p w14:paraId="5F5BA9CB" w14:textId="031F5A3C" w:rsidR="0029163B" w:rsidRPr="00B745FC" w:rsidRDefault="00812CEF">
      <w:pPr>
        <w:rPr>
          <w:rFonts w:asciiTheme="majorHAnsi" w:hAnsiTheme="majorHAnsi" w:cstheme="majorHAnsi"/>
          <w:b/>
          <w:bCs/>
        </w:rPr>
      </w:pPr>
      <w:r w:rsidRPr="00B745FC">
        <w:rPr>
          <w:rFonts w:asciiTheme="majorHAnsi" w:hAnsiTheme="majorHAnsi" w:cstheme="majorHAnsi"/>
          <w:b/>
          <w:bCs/>
        </w:rPr>
        <w:t>Full Name: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8630"/>
      </w:tblGrid>
      <w:tr w:rsidR="00B26C65" w:rsidRPr="00B745FC" w14:paraId="04712768" w14:textId="77777777" w:rsidTr="00B26C65">
        <w:tc>
          <w:tcPr>
            <w:tcW w:w="8630" w:type="dxa"/>
          </w:tcPr>
          <w:p w14:paraId="69DE8373" w14:textId="77777777" w:rsidR="00B26C65" w:rsidRPr="00B745FC" w:rsidRDefault="00B26C65">
            <w:pPr>
              <w:rPr>
                <w:rFonts w:asciiTheme="majorHAnsi" w:hAnsiTheme="majorHAnsi" w:cstheme="majorHAnsi"/>
              </w:rPr>
            </w:pPr>
          </w:p>
          <w:p w14:paraId="4C58C457" w14:textId="77777777" w:rsidR="00B26C65" w:rsidRPr="00B745FC" w:rsidRDefault="00B26C65">
            <w:pPr>
              <w:rPr>
                <w:rFonts w:asciiTheme="majorHAnsi" w:hAnsiTheme="majorHAnsi" w:cstheme="majorHAnsi"/>
              </w:rPr>
            </w:pPr>
          </w:p>
        </w:tc>
      </w:tr>
    </w:tbl>
    <w:p w14:paraId="6703E07C" w14:textId="77777777" w:rsidR="00B26C65" w:rsidRPr="00B745FC" w:rsidRDefault="00B26C65">
      <w:pPr>
        <w:rPr>
          <w:rFonts w:asciiTheme="majorHAnsi" w:hAnsiTheme="majorHAnsi" w:cstheme="majorHAnsi"/>
        </w:rPr>
      </w:pPr>
    </w:p>
    <w:p w14:paraId="5A8DB1A1" w14:textId="0C7CB9A9" w:rsidR="0029163B" w:rsidRPr="00B745FC" w:rsidRDefault="00812CEF">
      <w:pPr>
        <w:rPr>
          <w:rFonts w:asciiTheme="majorHAnsi" w:hAnsiTheme="majorHAnsi" w:cstheme="majorHAnsi"/>
          <w:b/>
          <w:bCs/>
        </w:rPr>
      </w:pPr>
      <w:r w:rsidRPr="00B745FC">
        <w:rPr>
          <w:rFonts w:asciiTheme="majorHAnsi" w:hAnsiTheme="majorHAnsi" w:cstheme="majorHAnsi"/>
          <w:b/>
          <w:bCs/>
        </w:rPr>
        <w:lastRenderedPageBreak/>
        <w:t>Position/Title: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8630"/>
      </w:tblGrid>
      <w:tr w:rsidR="00B26C65" w:rsidRPr="00B745FC" w14:paraId="3B51A36F" w14:textId="77777777" w:rsidTr="00B26C65">
        <w:tc>
          <w:tcPr>
            <w:tcW w:w="8630" w:type="dxa"/>
          </w:tcPr>
          <w:p w14:paraId="2E551175" w14:textId="77777777" w:rsidR="00B26C65" w:rsidRPr="00B745FC" w:rsidRDefault="00B26C65">
            <w:pPr>
              <w:rPr>
                <w:rFonts w:asciiTheme="majorHAnsi" w:hAnsiTheme="majorHAnsi" w:cstheme="majorHAnsi"/>
              </w:rPr>
            </w:pPr>
          </w:p>
          <w:p w14:paraId="61DECC54" w14:textId="77777777" w:rsidR="00B26C65" w:rsidRPr="00B745FC" w:rsidRDefault="00B26C65">
            <w:pPr>
              <w:rPr>
                <w:rFonts w:asciiTheme="majorHAnsi" w:hAnsiTheme="majorHAnsi" w:cstheme="majorHAnsi"/>
              </w:rPr>
            </w:pPr>
          </w:p>
        </w:tc>
      </w:tr>
    </w:tbl>
    <w:p w14:paraId="04E09D25" w14:textId="77777777" w:rsidR="00B26C65" w:rsidRPr="00B745FC" w:rsidRDefault="00B26C65">
      <w:pPr>
        <w:rPr>
          <w:rFonts w:asciiTheme="majorHAnsi" w:hAnsiTheme="majorHAnsi" w:cstheme="majorHAnsi"/>
        </w:rPr>
      </w:pPr>
    </w:p>
    <w:p w14:paraId="08E44203" w14:textId="0B3A9AD4" w:rsidR="0029163B" w:rsidRPr="00B745FC" w:rsidRDefault="00812CEF">
      <w:pPr>
        <w:rPr>
          <w:rFonts w:asciiTheme="majorHAnsi" w:hAnsiTheme="majorHAnsi" w:cstheme="majorHAnsi"/>
          <w:b/>
          <w:bCs/>
        </w:rPr>
      </w:pPr>
      <w:r w:rsidRPr="00B745FC">
        <w:rPr>
          <w:rFonts w:asciiTheme="majorHAnsi" w:hAnsiTheme="majorHAnsi" w:cstheme="majorHAnsi"/>
          <w:b/>
          <w:bCs/>
        </w:rPr>
        <w:t>Department/</w:t>
      </w:r>
      <w:proofErr w:type="spellStart"/>
      <w:r w:rsidRPr="00B745FC">
        <w:rPr>
          <w:rFonts w:asciiTheme="majorHAnsi" w:hAnsiTheme="majorHAnsi" w:cstheme="majorHAnsi"/>
          <w:b/>
          <w:bCs/>
        </w:rPr>
        <w:t>Organisation</w:t>
      </w:r>
      <w:proofErr w:type="spellEnd"/>
      <w:r w:rsidRPr="00B745FC">
        <w:rPr>
          <w:rFonts w:asciiTheme="majorHAnsi" w:hAnsiTheme="majorHAnsi" w:cstheme="majorHAnsi"/>
          <w:b/>
          <w:bCs/>
        </w:rPr>
        <w:t>: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8630"/>
      </w:tblGrid>
      <w:tr w:rsidR="00B26C65" w:rsidRPr="00B745FC" w14:paraId="597C6543" w14:textId="77777777" w:rsidTr="00B26C65">
        <w:tc>
          <w:tcPr>
            <w:tcW w:w="8630" w:type="dxa"/>
          </w:tcPr>
          <w:p w14:paraId="039DAAC1" w14:textId="77777777" w:rsidR="00B26C65" w:rsidRPr="00B745FC" w:rsidRDefault="00B26C65">
            <w:pPr>
              <w:rPr>
                <w:rFonts w:asciiTheme="majorHAnsi" w:hAnsiTheme="majorHAnsi" w:cstheme="majorHAnsi"/>
              </w:rPr>
            </w:pPr>
          </w:p>
          <w:p w14:paraId="508A0205" w14:textId="77777777" w:rsidR="00B26C65" w:rsidRPr="00B745FC" w:rsidRDefault="00B26C65">
            <w:pPr>
              <w:rPr>
                <w:rFonts w:asciiTheme="majorHAnsi" w:hAnsiTheme="majorHAnsi" w:cstheme="majorHAnsi"/>
              </w:rPr>
            </w:pPr>
          </w:p>
        </w:tc>
      </w:tr>
    </w:tbl>
    <w:p w14:paraId="1186B606" w14:textId="77777777" w:rsidR="00B26C65" w:rsidRPr="00B745FC" w:rsidRDefault="00B26C65">
      <w:pPr>
        <w:rPr>
          <w:rFonts w:asciiTheme="majorHAnsi" w:hAnsiTheme="majorHAnsi" w:cstheme="majorHAnsi"/>
          <w:b/>
          <w:bCs/>
        </w:rPr>
      </w:pPr>
    </w:p>
    <w:p w14:paraId="37C51C5F" w14:textId="5052C28F" w:rsidR="0029163B" w:rsidRPr="00B745FC" w:rsidRDefault="00812CEF">
      <w:pPr>
        <w:rPr>
          <w:rFonts w:asciiTheme="majorHAnsi" w:hAnsiTheme="majorHAnsi" w:cstheme="majorHAnsi"/>
          <w:b/>
          <w:bCs/>
        </w:rPr>
      </w:pPr>
      <w:r w:rsidRPr="00B745FC">
        <w:rPr>
          <w:rFonts w:asciiTheme="majorHAnsi" w:hAnsiTheme="majorHAnsi" w:cstheme="majorHAnsi"/>
          <w:b/>
          <w:bCs/>
        </w:rPr>
        <w:t xml:space="preserve">Email Address: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8630"/>
      </w:tblGrid>
      <w:tr w:rsidR="00B26C65" w:rsidRPr="00B745FC" w14:paraId="6CFA0DE0" w14:textId="77777777" w:rsidTr="00B26C65">
        <w:tc>
          <w:tcPr>
            <w:tcW w:w="8630" w:type="dxa"/>
          </w:tcPr>
          <w:p w14:paraId="41178AE9" w14:textId="77777777" w:rsidR="00B26C65" w:rsidRPr="00B745FC" w:rsidRDefault="00B26C65">
            <w:pPr>
              <w:rPr>
                <w:rFonts w:asciiTheme="majorHAnsi" w:hAnsiTheme="majorHAnsi" w:cstheme="majorHAnsi"/>
              </w:rPr>
            </w:pPr>
          </w:p>
          <w:p w14:paraId="62658DB4" w14:textId="77777777" w:rsidR="00B26C65" w:rsidRPr="00B745FC" w:rsidRDefault="00B26C65">
            <w:pPr>
              <w:rPr>
                <w:rFonts w:asciiTheme="majorHAnsi" w:hAnsiTheme="majorHAnsi" w:cstheme="majorHAnsi"/>
              </w:rPr>
            </w:pPr>
          </w:p>
        </w:tc>
      </w:tr>
    </w:tbl>
    <w:p w14:paraId="642AC056" w14:textId="77777777" w:rsidR="00B26C65" w:rsidRPr="00B745FC" w:rsidRDefault="00B26C65">
      <w:pPr>
        <w:rPr>
          <w:rFonts w:asciiTheme="majorHAnsi" w:hAnsiTheme="majorHAnsi" w:cstheme="majorHAnsi"/>
        </w:rPr>
      </w:pPr>
    </w:p>
    <w:p w14:paraId="2A6E01D9" w14:textId="4D62193F" w:rsidR="0029163B" w:rsidRPr="00B745FC" w:rsidRDefault="00812CEF">
      <w:pPr>
        <w:rPr>
          <w:rFonts w:asciiTheme="majorHAnsi" w:hAnsiTheme="majorHAnsi" w:cstheme="majorHAnsi"/>
          <w:b/>
          <w:bCs/>
        </w:rPr>
      </w:pPr>
      <w:r w:rsidRPr="00B745FC">
        <w:rPr>
          <w:rFonts w:asciiTheme="majorHAnsi" w:hAnsiTheme="majorHAnsi" w:cstheme="majorHAnsi"/>
          <w:b/>
          <w:bCs/>
        </w:rPr>
        <w:t>Area(s) of Expertise (e.g.,</w:t>
      </w:r>
      <w:r w:rsidR="00B26C65" w:rsidRPr="00B745FC">
        <w:rPr>
          <w:rFonts w:asciiTheme="majorHAnsi" w:hAnsiTheme="majorHAnsi" w:cstheme="majorHAnsi"/>
          <w:b/>
          <w:bCs/>
        </w:rPr>
        <w:t xml:space="preserve"> water, climate, </w:t>
      </w:r>
      <w:r w:rsidR="004B3416" w:rsidRPr="00B745FC">
        <w:rPr>
          <w:rFonts w:asciiTheme="majorHAnsi" w:hAnsiTheme="majorHAnsi" w:cstheme="majorHAnsi"/>
          <w:b/>
          <w:bCs/>
        </w:rPr>
        <w:t>energy, biodiversity, mobility resource efficiency, other</w:t>
      </w:r>
      <w:r w:rsidRPr="00B745FC">
        <w:rPr>
          <w:rFonts w:asciiTheme="majorHAnsi" w:hAnsiTheme="majorHAnsi" w:cstheme="majorHAnsi"/>
          <w:b/>
          <w:bCs/>
        </w:rPr>
        <w:t>):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8630"/>
      </w:tblGrid>
      <w:tr w:rsidR="004B3416" w:rsidRPr="00B745FC" w14:paraId="6E8AD55E" w14:textId="77777777" w:rsidTr="004B3416">
        <w:tc>
          <w:tcPr>
            <w:tcW w:w="8630" w:type="dxa"/>
          </w:tcPr>
          <w:p w14:paraId="712034EA" w14:textId="77777777" w:rsidR="004B3416" w:rsidRPr="00B745FC" w:rsidRDefault="004B3416">
            <w:pPr>
              <w:rPr>
                <w:rFonts w:asciiTheme="majorHAnsi" w:hAnsiTheme="majorHAnsi" w:cstheme="majorHAnsi"/>
              </w:rPr>
            </w:pPr>
          </w:p>
          <w:p w14:paraId="32CC9C09" w14:textId="77777777" w:rsidR="004B3416" w:rsidRPr="00B745FC" w:rsidRDefault="004B3416">
            <w:pPr>
              <w:rPr>
                <w:rFonts w:asciiTheme="majorHAnsi" w:hAnsiTheme="majorHAnsi" w:cstheme="majorHAnsi"/>
              </w:rPr>
            </w:pPr>
          </w:p>
        </w:tc>
      </w:tr>
    </w:tbl>
    <w:p w14:paraId="2978E99A" w14:textId="77777777" w:rsidR="00B26C65" w:rsidRPr="00B745FC" w:rsidRDefault="00B26C65">
      <w:pPr>
        <w:rPr>
          <w:rFonts w:asciiTheme="majorHAnsi" w:hAnsiTheme="majorHAnsi" w:cstheme="majorHAnsi"/>
        </w:rPr>
      </w:pPr>
    </w:p>
    <w:p w14:paraId="5353FDE8" w14:textId="52D17B42" w:rsidR="0029163B" w:rsidRPr="00B745FC" w:rsidRDefault="00812CEF">
      <w:pPr>
        <w:rPr>
          <w:rFonts w:asciiTheme="majorHAnsi" w:hAnsiTheme="majorHAnsi" w:cstheme="majorHAnsi"/>
        </w:rPr>
      </w:pPr>
      <w:r w:rsidRPr="00B745FC">
        <w:rPr>
          <w:rFonts w:asciiTheme="majorHAnsi" w:hAnsiTheme="majorHAnsi" w:cstheme="majorHAnsi"/>
          <w:b/>
          <w:bCs/>
        </w:rPr>
        <w:t>Date of Appointment:</w:t>
      </w:r>
      <w:r w:rsidRPr="00B745FC">
        <w:rPr>
          <w:rFonts w:asciiTheme="majorHAnsi" w:hAnsiTheme="majorHAnsi" w:cstheme="majorHAnsi"/>
        </w:rPr>
        <w:t xml:space="preserve">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C3F13" w:rsidRPr="00B745FC" w14:paraId="6E6A1A1A" w14:textId="77777777" w:rsidTr="003C3F13">
        <w:tc>
          <w:tcPr>
            <w:tcW w:w="8630" w:type="dxa"/>
          </w:tcPr>
          <w:p w14:paraId="0E310A49" w14:textId="77777777" w:rsidR="003C3F13" w:rsidRPr="00B745FC" w:rsidRDefault="003C3F13">
            <w:pPr>
              <w:rPr>
                <w:rFonts w:asciiTheme="majorHAnsi" w:hAnsiTheme="majorHAnsi" w:cstheme="majorHAnsi"/>
              </w:rPr>
            </w:pPr>
          </w:p>
          <w:p w14:paraId="4EF37F5E" w14:textId="77777777" w:rsidR="003C3F13" w:rsidRPr="00B745FC" w:rsidRDefault="003C3F13">
            <w:pPr>
              <w:rPr>
                <w:rFonts w:asciiTheme="majorHAnsi" w:hAnsiTheme="majorHAnsi" w:cstheme="majorHAnsi"/>
              </w:rPr>
            </w:pPr>
          </w:p>
        </w:tc>
      </w:tr>
    </w:tbl>
    <w:p w14:paraId="58408459" w14:textId="424C4142" w:rsidR="0029163B" w:rsidRPr="00B745FC" w:rsidRDefault="0029163B">
      <w:pPr>
        <w:rPr>
          <w:rFonts w:asciiTheme="majorHAnsi" w:hAnsiTheme="majorHAnsi" w:cstheme="majorHAnsi"/>
        </w:rPr>
      </w:pPr>
    </w:p>
    <w:p w14:paraId="3E2226B8" w14:textId="77777777" w:rsidR="0029163B" w:rsidRPr="00B745FC" w:rsidRDefault="00812CEF">
      <w:pPr>
        <w:rPr>
          <w:rFonts w:asciiTheme="majorHAnsi" w:hAnsiTheme="majorHAnsi" w:cstheme="majorHAnsi"/>
        </w:rPr>
      </w:pPr>
      <w:r w:rsidRPr="00B745FC">
        <w:rPr>
          <w:rFonts w:asciiTheme="majorHAnsi" w:hAnsiTheme="majorHAnsi" w:cstheme="majorHAnsi"/>
        </w:rPr>
        <w:t>Confirmed by:</w:t>
      </w:r>
    </w:p>
    <w:p w14:paraId="3F343942" w14:textId="7C599434" w:rsidR="0029163B" w:rsidRPr="00B745FC" w:rsidRDefault="00812CEF">
      <w:pPr>
        <w:rPr>
          <w:rFonts w:asciiTheme="majorHAnsi" w:hAnsiTheme="majorHAnsi" w:cstheme="majorHAnsi"/>
        </w:rPr>
      </w:pPr>
      <w:r w:rsidRPr="00B745FC">
        <w:rPr>
          <w:rFonts w:asciiTheme="majorHAnsi" w:hAnsiTheme="majorHAnsi" w:cstheme="majorHAnsi"/>
        </w:rPr>
        <w:t>[</w:t>
      </w:r>
      <w:r w:rsidR="00884D49" w:rsidRPr="00B745FC">
        <w:rPr>
          <w:rFonts w:asciiTheme="majorHAnsi" w:hAnsiTheme="majorHAnsi" w:cstheme="majorHAnsi"/>
        </w:rPr>
        <w:t xml:space="preserve"> </w:t>
      </w:r>
      <w:r w:rsidRPr="00B745FC">
        <w:rPr>
          <w:rFonts w:asciiTheme="majorHAnsi" w:hAnsiTheme="majorHAnsi" w:cstheme="majorHAnsi"/>
        </w:rPr>
        <w:t xml:space="preserve"> ] Thematic Expert has agreed to serve as Advisory Board Member</w:t>
      </w:r>
    </w:p>
    <w:p w14:paraId="09556D07" w14:textId="77777777" w:rsidR="00A15F1D" w:rsidRDefault="00A15F1D">
      <w:pPr>
        <w:rPr>
          <w:rFonts w:asciiTheme="majorHAnsi" w:hAnsiTheme="majorHAnsi" w:cstheme="majorHAnsi"/>
        </w:rPr>
      </w:pPr>
    </w:p>
    <w:p w14:paraId="73AB2938" w14:textId="25C4C8BB" w:rsidR="0029163B" w:rsidRPr="00B745FC" w:rsidRDefault="00812CEF">
      <w:pPr>
        <w:rPr>
          <w:rFonts w:asciiTheme="majorHAnsi" w:hAnsiTheme="majorHAnsi" w:cstheme="majorHAnsi"/>
        </w:rPr>
      </w:pPr>
      <w:r w:rsidRPr="00B745FC">
        <w:rPr>
          <w:rFonts w:asciiTheme="majorHAnsi" w:hAnsiTheme="majorHAnsi" w:cstheme="majorHAnsi"/>
        </w:rPr>
        <w:t xml:space="preserve">Please return the completed form </w:t>
      </w:r>
      <w:r w:rsidR="0027579E" w:rsidRPr="00B745FC">
        <w:rPr>
          <w:rFonts w:asciiTheme="majorHAnsi" w:hAnsiTheme="majorHAnsi" w:cstheme="majorHAnsi"/>
        </w:rPr>
        <w:t xml:space="preserve">by </w:t>
      </w:r>
      <w:r w:rsidR="0027579E" w:rsidRPr="00B745FC">
        <w:rPr>
          <w:rFonts w:asciiTheme="majorHAnsi" w:hAnsiTheme="majorHAnsi" w:cstheme="majorHAnsi"/>
          <w:b/>
          <w:bCs/>
        </w:rPr>
        <w:t>1</w:t>
      </w:r>
      <w:r w:rsidR="00801907">
        <w:rPr>
          <w:rFonts w:asciiTheme="majorHAnsi" w:hAnsiTheme="majorHAnsi" w:cstheme="majorHAnsi"/>
          <w:b/>
          <w:bCs/>
        </w:rPr>
        <w:t>2</w:t>
      </w:r>
      <w:r w:rsidR="0027579E" w:rsidRPr="00B745FC">
        <w:rPr>
          <w:rFonts w:asciiTheme="majorHAnsi" w:hAnsiTheme="majorHAnsi" w:cstheme="majorHAnsi"/>
          <w:b/>
          <w:bCs/>
        </w:rPr>
        <w:t xml:space="preserve"> September 2025</w:t>
      </w:r>
      <w:r w:rsidR="0027579E" w:rsidRPr="00B745FC">
        <w:rPr>
          <w:rFonts w:asciiTheme="majorHAnsi" w:hAnsiTheme="majorHAnsi" w:cstheme="majorHAnsi"/>
        </w:rPr>
        <w:t xml:space="preserve"> </w:t>
      </w:r>
      <w:r w:rsidRPr="00B745FC">
        <w:rPr>
          <w:rFonts w:asciiTheme="majorHAnsi" w:hAnsiTheme="majorHAnsi" w:cstheme="majorHAnsi"/>
        </w:rPr>
        <w:t>to the UBC Sustainable Cities Commission Secretariat at</w:t>
      </w:r>
      <w:r w:rsidR="0027579E" w:rsidRPr="00B745FC">
        <w:rPr>
          <w:rFonts w:asciiTheme="majorHAnsi" w:hAnsiTheme="majorHAnsi" w:cstheme="majorHAnsi"/>
        </w:rPr>
        <w:t xml:space="preserve"> </w:t>
      </w:r>
      <w:hyperlink r:id="rId9" w:history="1">
        <w:r w:rsidR="00B52DC4" w:rsidRPr="00B745FC">
          <w:rPr>
            <w:rStyle w:val="Hyperlinkki"/>
            <w:rFonts w:asciiTheme="majorHAnsi" w:hAnsiTheme="majorHAnsi" w:cstheme="majorHAnsi"/>
          </w:rPr>
          <w:t>agnieszka.ilola@turku.fi</w:t>
        </w:r>
      </w:hyperlink>
      <w:r w:rsidR="00B52DC4" w:rsidRPr="00B745FC">
        <w:rPr>
          <w:rFonts w:asciiTheme="majorHAnsi" w:hAnsiTheme="majorHAnsi" w:cstheme="majorHAnsi"/>
        </w:rPr>
        <w:t xml:space="preserve"> </w:t>
      </w:r>
    </w:p>
    <w:sectPr w:rsidR="0029163B" w:rsidRPr="00B745FC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8C2D3" w14:textId="77777777" w:rsidR="00806F2F" w:rsidRDefault="00806F2F" w:rsidP="00806F2F">
      <w:pPr>
        <w:spacing w:after="0" w:line="240" w:lineRule="auto"/>
      </w:pPr>
      <w:r>
        <w:separator/>
      </w:r>
    </w:p>
  </w:endnote>
  <w:endnote w:type="continuationSeparator" w:id="0">
    <w:p w14:paraId="76E324FF" w14:textId="77777777" w:rsidR="00806F2F" w:rsidRDefault="00806F2F" w:rsidP="00806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7309524"/>
      <w:docPartObj>
        <w:docPartGallery w:val="Page Numbers (Bottom of Page)"/>
        <w:docPartUnique/>
      </w:docPartObj>
    </w:sdtPr>
    <w:sdtContent>
      <w:p w14:paraId="3471BB11" w14:textId="37A2BB08" w:rsidR="00A40A1A" w:rsidRDefault="00A40A1A">
        <w:pPr>
          <w:pStyle w:val="Alatunnist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i-FI"/>
          </w:rPr>
          <w:t>2</w:t>
        </w:r>
        <w:r>
          <w:fldChar w:fldCharType="end"/>
        </w:r>
      </w:p>
    </w:sdtContent>
  </w:sdt>
  <w:p w14:paraId="2FB31CB1" w14:textId="77777777" w:rsidR="00A40A1A" w:rsidRDefault="00A40A1A" w:rsidP="00A701E5">
    <w:pPr>
      <w:pStyle w:val="Alatunnist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B2285" w14:textId="77777777" w:rsidR="00806F2F" w:rsidRDefault="00806F2F" w:rsidP="00806F2F">
      <w:pPr>
        <w:spacing w:after="0" w:line="240" w:lineRule="auto"/>
      </w:pPr>
      <w:bookmarkStart w:id="0" w:name="_Hlk201234874"/>
      <w:bookmarkEnd w:id="0"/>
      <w:r>
        <w:separator/>
      </w:r>
    </w:p>
  </w:footnote>
  <w:footnote w:type="continuationSeparator" w:id="0">
    <w:p w14:paraId="3AEAA4D6" w14:textId="77777777" w:rsidR="00806F2F" w:rsidRDefault="00806F2F" w:rsidP="00806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1644F" w14:textId="77777777" w:rsidR="006A011D" w:rsidRDefault="00806F2F" w:rsidP="006A011D">
    <w:pPr>
      <w:spacing w:after="0"/>
      <w:rPr>
        <w:rFonts w:ascii="Calibri" w:hAnsi="Calibri" w:cs="Franklin Gothic Book"/>
      </w:rPr>
    </w:pPr>
    <w:r>
      <w:rPr>
        <w:rFonts w:ascii="Calibri" w:hAnsi="Calibri" w:cs="Franklin Gothic Book"/>
        <w:noProof/>
        <w:sz w:val="18"/>
        <w:szCs w:val="18"/>
      </w:rPr>
      <w:drawing>
        <wp:inline distT="0" distB="0" distL="0" distR="0" wp14:anchorId="57128170" wp14:editId="5E1FDB43">
          <wp:extent cx="1739900" cy="1041400"/>
          <wp:effectExtent l="0" t="0" r="0" b="6350"/>
          <wp:docPr id="1039899965" name="Kuva 1" descr="Kuva, joka sisältää kohteen teksti, Fontti, kuvakaappaus, logo&#10;&#10;Tekoälyn generoima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899965" name="Kuva 1" descr="Kuva, joka sisältää kohteen teksti, Fontti, kuvakaappaus, logo&#10;&#10;Tekoälyn generoima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011D" w:rsidRPr="006A011D">
      <w:rPr>
        <w:rFonts w:ascii="Calibri" w:hAnsi="Calibri" w:cs="Franklin Gothic Book"/>
      </w:rPr>
      <w:t xml:space="preserve"> </w:t>
    </w:r>
  </w:p>
  <w:p w14:paraId="00287212" w14:textId="4A792BB8" w:rsidR="00806F2F" w:rsidRPr="006A011D" w:rsidRDefault="00806F2F" w:rsidP="006A011D">
    <w:pPr>
      <w:pStyle w:val="Yltunniste"/>
      <w:rPr>
        <w:lang w:val="fi-F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5111313">
    <w:abstractNumId w:val="8"/>
  </w:num>
  <w:num w:numId="2" w16cid:durableId="1917205319">
    <w:abstractNumId w:val="6"/>
  </w:num>
  <w:num w:numId="3" w16cid:durableId="1800302447">
    <w:abstractNumId w:val="5"/>
  </w:num>
  <w:num w:numId="4" w16cid:durableId="1006978625">
    <w:abstractNumId w:val="4"/>
  </w:num>
  <w:num w:numId="5" w16cid:durableId="675154942">
    <w:abstractNumId w:val="7"/>
  </w:num>
  <w:num w:numId="6" w16cid:durableId="1463573338">
    <w:abstractNumId w:val="3"/>
  </w:num>
  <w:num w:numId="7" w16cid:durableId="1010983226">
    <w:abstractNumId w:val="2"/>
  </w:num>
  <w:num w:numId="8" w16cid:durableId="668022688">
    <w:abstractNumId w:val="1"/>
  </w:num>
  <w:num w:numId="9" w16cid:durableId="2065833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10D2"/>
    <w:rsid w:val="0015074B"/>
    <w:rsid w:val="00233BFF"/>
    <w:rsid w:val="002607F1"/>
    <w:rsid w:val="0027579E"/>
    <w:rsid w:val="0029163B"/>
    <w:rsid w:val="0029639D"/>
    <w:rsid w:val="00326F90"/>
    <w:rsid w:val="003560B2"/>
    <w:rsid w:val="003C3F13"/>
    <w:rsid w:val="00450EA5"/>
    <w:rsid w:val="0048130E"/>
    <w:rsid w:val="004B3416"/>
    <w:rsid w:val="006A011D"/>
    <w:rsid w:val="00712534"/>
    <w:rsid w:val="0074467A"/>
    <w:rsid w:val="00801907"/>
    <w:rsid w:val="00806F2F"/>
    <w:rsid w:val="00812CEF"/>
    <w:rsid w:val="00884D49"/>
    <w:rsid w:val="00A15F1D"/>
    <w:rsid w:val="00A40A1A"/>
    <w:rsid w:val="00A701E5"/>
    <w:rsid w:val="00AA1D8D"/>
    <w:rsid w:val="00B26C65"/>
    <w:rsid w:val="00B47730"/>
    <w:rsid w:val="00B52DC4"/>
    <w:rsid w:val="00B745FC"/>
    <w:rsid w:val="00CB0664"/>
    <w:rsid w:val="00CD6992"/>
    <w:rsid w:val="00E64A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DBDE7F"/>
  <w14:defaultImageDpi w14:val="300"/>
  <w15:docId w15:val="{FDEB90CB-8C85-4A7B-A982-3D07A2B2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C693F"/>
  </w:style>
  <w:style w:type="paragraph" w:styleId="Otsikko1">
    <w:name w:val="heading 1"/>
    <w:basedOn w:val="Normaali"/>
    <w:next w:val="Normaali"/>
    <w:link w:val="Otsikk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618BF"/>
  </w:style>
  <w:style w:type="paragraph" w:styleId="Alatunniste">
    <w:name w:val="footer"/>
    <w:basedOn w:val="Normaali"/>
    <w:link w:val="Ala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618BF"/>
  </w:style>
  <w:style w:type="paragraph" w:styleId="Eivli">
    <w:name w:val="No Spacing"/>
    <w:uiPriority w:val="1"/>
    <w:qFormat/>
    <w:rsid w:val="00FC693F"/>
    <w:pPr>
      <w:spacing w:after="0" w:line="240" w:lineRule="auto"/>
    </w:pPr>
  </w:style>
  <w:style w:type="character" w:customStyle="1" w:styleId="Otsikko1Char">
    <w:name w:val="Otsikko 1 Char"/>
    <w:basedOn w:val="Kappaleenoletusfontti"/>
    <w:link w:val="Otsikk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FC693F"/>
    <w:pPr>
      <w:ind w:left="720"/>
      <w:contextualSpacing/>
    </w:pPr>
  </w:style>
  <w:style w:type="paragraph" w:styleId="Leipteksti">
    <w:name w:val="Body Text"/>
    <w:basedOn w:val="Normaali"/>
    <w:link w:val="LeiptekstiChar"/>
    <w:uiPriority w:val="99"/>
    <w:unhideWhenUsed/>
    <w:rsid w:val="00AA1D8D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rsid w:val="00AA1D8D"/>
  </w:style>
  <w:style w:type="paragraph" w:styleId="Leipteksti2">
    <w:name w:val="Body Text 2"/>
    <w:basedOn w:val="Normaali"/>
    <w:link w:val="Leipteksti2Char"/>
    <w:uiPriority w:val="99"/>
    <w:unhideWhenUsed/>
    <w:rsid w:val="00AA1D8D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rsid w:val="00AA1D8D"/>
  </w:style>
  <w:style w:type="paragraph" w:styleId="Leipteksti3">
    <w:name w:val="Body Text 3"/>
    <w:basedOn w:val="Normaali"/>
    <w:link w:val="Leiptekst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rsid w:val="00AA1D8D"/>
    <w:rPr>
      <w:sz w:val="16"/>
      <w:szCs w:val="16"/>
    </w:rPr>
  </w:style>
  <w:style w:type="paragraph" w:styleId="Luettelo">
    <w:name w:val="List"/>
    <w:basedOn w:val="Normaali"/>
    <w:uiPriority w:val="99"/>
    <w:unhideWhenUsed/>
    <w:rsid w:val="00AA1D8D"/>
    <w:pPr>
      <w:ind w:left="360" w:hanging="360"/>
      <w:contextualSpacing/>
    </w:pPr>
  </w:style>
  <w:style w:type="paragraph" w:styleId="Luettelo2">
    <w:name w:val="List 2"/>
    <w:basedOn w:val="Normaali"/>
    <w:uiPriority w:val="99"/>
    <w:unhideWhenUsed/>
    <w:rsid w:val="00326F90"/>
    <w:pPr>
      <w:ind w:left="720" w:hanging="360"/>
      <w:contextualSpacing/>
    </w:pPr>
  </w:style>
  <w:style w:type="paragraph" w:styleId="Luettelo3">
    <w:name w:val="List 3"/>
    <w:basedOn w:val="Normaali"/>
    <w:uiPriority w:val="99"/>
    <w:unhideWhenUsed/>
    <w:rsid w:val="00326F90"/>
    <w:pPr>
      <w:ind w:left="1080" w:hanging="360"/>
      <w:contextualSpacing/>
    </w:pPr>
  </w:style>
  <w:style w:type="paragraph" w:styleId="Merkittyluettelo">
    <w:name w:val="List Bullet"/>
    <w:basedOn w:val="Normaali"/>
    <w:uiPriority w:val="99"/>
    <w:unhideWhenUsed/>
    <w:rsid w:val="00326F90"/>
    <w:pPr>
      <w:numPr>
        <w:numId w:val="1"/>
      </w:numPr>
      <w:contextualSpacing/>
    </w:pPr>
  </w:style>
  <w:style w:type="paragraph" w:styleId="Merkittyluettelo2">
    <w:name w:val="List Bullet 2"/>
    <w:basedOn w:val="Normaali"/>
    <w:uiPriority w:val="99"/>
    <w:unhideWhenUsed/>
    <w:rsid w:val="00326F90"/>
    <w:pPr>
      <w:numPr>
        <w:numId w:val="2"/>
      </w:numPr>
      <w:contextualSpacing/>
    </w:pPr>
  </w:style>
  <w:style w:type="paragraph" w:styleId="Merkittyluettelo3">
    <w:name w:val="List Bullet 3"/>
    <w:basedOn w:val="Normaali"/>
    <w:uiPriority w:val="99"/>
    <w:unhideWhenUsed/>
    <w:rsid w:val="00326F90"/>
    <w:pPr>
      <w:numPr>
        <w:numId w:val="3"/>
      </w:numPr>
      <w:contextualSpacing/>
    </w:pPr>
  </w:style>
  <w:style w:type="paragraph" w:styleId="Numeroituluettelo">
    <w:name w:val="List Number"/>
    <w:basedOn w:val="Normaali"/>
    <w:uiPriority w:val="99"/>
    <w:unhideWhenUsed/>
    <w:rsid w:val="00326F90"/>
    <w:pPr>
      <w:numPr>
        <w:numId w:val="5"/>
      </w:numPr>
      <w:contextualSpacing/>
    </w:pPr>
  </w:style>
  <w:style w:type="paragraph" w:styleId="Numeroituluettelo2">
    <w:name w:val="List Number 2"/>
    <w:basedOn w:val="Normaali"/>
    <w:uiPriority w:val="99"/>
    <w:unhideWhenUsed/>
    <w:rsid w:val="0029639D"/>
    <w:pPr>
      <w:numPr>
        <w:numId w:val="6"/>
      </w:numPr>
      <w:contextualSpacing/>
    </w:pPr>
  </w:style>
  <w:style w:type="paragraph" w:styleId="Numeroituluettelo3">
    <w:name w:val="List Number 3"/>
    <w:basedOn w:val="Normaali"/>
    <w:uiPriority w:val="99"/>
    <w:unhideWhenUsed/>
    <w:rsid w:val="0029639D"/>
    <w:pPr>
      <w:numPr>
        <w:numId w:val="7"/>
      </w:numPr>
      <w:contextualSpacing/>
    </w:pPr>
  </w:style>
  <w:style w:type="paragraph" w:styleId="Jatkoluettelo">
    <w:name w:val="List Continue"/>
    <w:basedOn w:val="Normaali"/>
    <w:uiPriority w:val="99"/>
    <w:unhideWhenUsed/>
    <w:rsid w:val="0029639D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unhideWhenUsed/>
    <w:rsid w:val="0029639D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unhideWhenUsed/>
    <w:rsid w:val="0029639D"/>
    <w:pPr>
      <w:spacing w:after="120"/>
      <w:ind w:left="1080"/>
      <w:contextualSpacing/>
    </w:pPr>
  </w:style>
  <w:style w:type="paragraph" w:styleId="Makroteksti">
    <w:name w:val="macro"/>
    <w:link w:val="Makrotekst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rsid w:val="0029639D"/>
    <w:rPr>
      <w:rFonts w:ascii="Courier" w:hAnsi="Courier"/>
      <w:sz w:val="20"/>
      <w:szCs w:val="20"/>
    </w:rPr>
  </w:style>
  <w:style w:type="paragraph" w:styleId="Lainaus">
    <w:name w:val="Quote"/>
    <w:basedOn w:val="Normaali"/>
    <w:next w:val="Normaali"/>
    <w:link w:val="LainausChar"/>
    <w:uiPriority w:val="29"/>
    <w:qFormat/>
    <w:rsid w:val="00FC693F"/>
    <w:rPr>
      <w:i/>
      <w:iCs/>
      <w:color w:val="000000" w:themeColor="text1"/>
    </w:rPr>
  </w:style>
  <w:style w:type="character" w:customStyle="1" w:styleId="LainausChar">
    <w:name w:val="Lainaus Char"/>
    <w:basedOn w:val="Kappaleenoletusfontti"/>
    <w:link w:val="Lainaus"/>
    <w:uiPriority w:val="29"/>
    <w:rsid w:val="00FC693F"/>
    <w:rPr>
      <w:i/>
      <w:iCs/>
      <w:color w:val="000000" w:themeColor="tex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oimakas">
    <w:name w:val="Strong"/>
    <w:basedOn w:val="Kappaleenoletusfontti"/>
    <w:uiPriority w:val="22"/>
    <w:qFormat/>
    <w:rsid w:val="00FC693F"/>
    <w:rPr>
      <w:b/>
      <w:bCs/>
    </w:rPr>
  </w:style>
  <w:style w:type="character" w:styleId="Korostus">
    <w:name w:val="Emphasis"/>
    <w:basedOn w:val="Kappaleenoletusfontti"/>
    <w:uiPriority w:val="20"/>
    <w:qFormat/>
    <w:rsid w:val="00FC693F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C693F"/>
    <w:rPr>
      <w:b/>
      <w:bCs/>
      <w:i/>
      <w:iCs/>
      <w:color w:val="4F81BD" w:themeColor="accent1"/>
    </w:rPr>
  </w:style>
  <w:style w:type="character" w:styleId="Hienovarainenkorostus">
    <w:name w:val="Subtle Emphasis"/>
    <w:basedOn w:val="Kappaleenoletusfontti"/>
    <w:uiPriority w:val="19"/>
    <w:qFormat/>
    <w:rsid w:val="00FC693F"/>
    <w:rPr>
      <w:i/>
      <w:iCs/>
      <w:color w:val="808080" w:themeColor="text1" w:themeTint="7F"/>
    </w:rPr>
  </w:style>
  <w:style w:type="character" w:styleId="Voimakaskorostus">
    <w:name w:val="Intense Emphasis"/>
    <w:basedOn w:val="Kappaleenoletusfontti"/>
    <w:uiPriority w:val="21"/>
    <w:qFormat/>
    <w:rsid w:val="00FC693F"/>
    <w:rPr>
      <w:b/>
      <w:bCs/>
      <w:i/>
      <w:iCs/>
      <w:color w:val="4F81BD" w:themeColor="accent1"/>
    </w:rPr>
  </w:style>
  <w:style w:type="character" w:styleId="Hienovarainenviittaus">
    <w:name w:val="Subtle Reference"/>
    <w:basedOn w:val="Kappaleenoletusfontti"/>
    <w:uiPriority w:val="31"/>
    <w:qFormat/>
    <w:rsid w:val="00FC693F"/>
    <w:rPr>
      <w:smallCaps/>
      <w:color w:val="C0504D" w:themeColor="accent2"/>
      <w:u w:val="single"/>
    </w:rPr>
  </w:style>
  <w:style w:type="character" w:styleId="Erottuvaviittaus">
    <w:name w:val="Intense Reference"/>
    <w:basedOn w:val="Kappaleenoletusfontt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rjannimike">
    <w:name w:val="Book Title"/>
    <w:basedOn w:val="Kappaleenoletusfontti"/>
    <w:uiPriority w:val="33"/>
    <w:qFormat/>
    <w:rsid w:val="00FC693F"/>
    <w:rPr>
      <w:b/>
      <w:bCs/>
      <w:smallCap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FC693F"/>
    <w:pPr>
      <w:outlineLvl w:val="9"/>
    </w:pPr>
  </w:style>
  <w:style w:type="table" w:styleId="TaulukkoRuudukko">
    <w:name w:val="Table Grid"/>
    <w:basedOn w:val="Normaalitaulukk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varjostus">
    <w:name w:val="Light Shading"/>
    <w:basedOn w:val="Normaalitaulukk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aalealuettelo">
    <w:name w:val="Light List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aalearuudukko">
    <w:name w:val="Light Grid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Normaalivarjostus1">
    <w:name w:val="Medium Shading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luettelo1">
    <w:name w:val="Medium Lis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Normaaliluettelo2">
    <w:name w:val="Medium Lis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ruudukko1">
    <w:name w:val="Medium Grid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Normaaliruudukko2">
    <w:name w:val="Medium Grid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maluettelo">
    <w:name w:val="Dark List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iksvarjostus">
    <w:name w:val="Colorful Shading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luettelo">
    <w:name w:val="Colorful List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iksruudukko">
    <w:name w:val="Colorful Grid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ki">
    <w:name w:val="Hyperlink"/>
    <w:rsid w:val="006A011D"/>
    <w:rPr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450E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c-sustainable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gnieszka.ilola@turku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90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Ilola Agnieszka</cp:lastModifiedBy>
  <cp:revision>24</cp:revision>
  <dcterms:created xsi:type="dcterms:W3CDTF">2025-06-19T11:13:00Z</dcterms:created>
  <dcterms:modified xsi:type="dcterms:W3CDTF">2025-06-19T11:33:00Z</dcterms:modified>
  <cp:category/>
</cp:coreProperties>
</file>